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47D74EB0" wp14:textId="77777777">
      <w:pPr>
        <w:pStyle w:val="Heading1"/>
        <w:jc w:val="center"/>
      </w:pPr>
      <w:r>
        <w:t>UMOWA WYKONANIA I MONTAŻU MEBLI</w:t>
      </w:r>
    </w:p>
    <w:p xmlns:wp14="http://schemas.microsoft.com/office/word/2010/wordml" w14:paraId="672A6659" wp14:textId="77777777"/>
    <w:p xmlns:wp14="http://schemas.microsoft.com/office/word/2010/wordml" w14:paraId="1309950E" wp14:textId="77777777">
      <w:r>
        <w:t>zawarta dnia ………………………………… w …………………………………</w:t>
      </w:r>
    </w:p>
    <w:p xmlns:wp14="http://schemas.microsoft.com/office/word/2010/wordml" w14:paraId="0A37501D" wp14:textId="77777777"/>
    <w:p xmlns:wp14="http://schemas.microsoft.com/office/word/2010/wordml" w14:paraId="71AD9790" wp14:textId="77777777">
      <w:r>
        <w:t>1. Imię i nazwisko Zamawiającego: …………………………………………</w:t>
      </w:r>
    </w:p>
    <w:p xmlns:wp14="http://schemas.microsoft.com/office/word/2010/wordml" w14:paraId="5DAB6C7B" wp14:textId="77777777"/>
    <w:p xmlns:wp14="http://schemas.microsoft.com/office/word/2010/wordml" w14:paraId="4186C820" wp14:textId="2005B758">
      <w:r w:rsidR="2252CA3B">
        <w:rPr/>
        <w:t xml:space="preserve">2. </w:t>
      </w:r>
      <w:r w:rsidR="2252CA3B">
        <w:rPr/>
        <w:t>Firma</w:t>
      </w:r>
      <w:r w:rsidR="2252CA3B">
        <w:rPr/>
        <w:t xml:space="preserve"> </w:t>
      </w:r>
      <w:r w:rsidR="2252CA3B">
        <w:rPr/>
        <w:t>Wykonawcy</w:t>
      </w:r>
      <w:r w:rsidR="2252CA3B">
        <w:rPr/>
        <w:t>: DHK MEBLE</w:t>
      </w:r>
    </w:p>
    <w:p xmlns:wp14="http://schemas.microsoft.com/office/word/2010/wordml" w14:paraId="6BFE2A34" wp14:textId="4F706385">
      <w:r w:rsidR="2252CA3B">
        <w:rPr/>
        <w:t xml:space="preserve">   </w:t>
      </w:r>
      <w:r w:rsidR="2252CA3B">
        <w:rPr/>
        <w:t>Reprezentowana</w:t>
      </w:r>
      <w:r w:rsidR="2252CA3B">
        <w:rPr/>
        <w:t xml:space="preserve"> </w:t>
      </w:r>
      <w:r w:rsidR="2252CA3B">
        <w:rPr/>
        <w:t>przez</w:t>
      </w:r>
      <w:r w:rsidR="2252CA3B">
        <w:rPr/>
        <w:t xml:space="preserve">: </w:t>
      </w:r>
      <w:r w:rsidR="2252CA3B">
        <w:rPr/>
        <w:t>Imię</w:t>
      </w:r>
      <w:r w:rsidR="2252CA3B">
        <w:rPr/>
        <w:t xml:space="preserve"> </w:t>
      </w:r>
      <w:r w:rsidR="2252CA3B">
        <w:rPr/>
        <w:t>i</w:t>
      </w:r>
      <w:r w:rsidR="2252CA3B">
        <w:rPr/>
        <w:t xml:space="preserve"> </w:t>
      </w:r>
      <w:r w:rsidR="2252CA3B">
        <w:rPr/>
        <w:t>nazwisko</w:t>
      </w:r>
      <w:r w:rsidR="2252CA3B">
        <w:rPr/>
        <w:t xml:space="preserve"> Dariusz Kaczmarek</w:t>
      </w:r>
    </w:p>
    <w:p xmlns:wp14="http://schemas.microsoft.com/office/word/2010/wordml" w14:paraId="02EB378F" wp14:textId="77777777"/>
    <w:p xmlns:wp14="http://schemas.microsoft.com/office/word/2010/wordml" w14:paraId="1673A169" wp14:textId="77777777">
      <w:r>
        <w:t>§1. PRZEDMIOT UMOWY:</w:t>
      </w:r>
    </w:p>
    <w:p xmlns:wp14="http://schemas.microsoft.com/office/word/2010/wordml" w14:paraId="19BFFB10" wp14:textId="77777777">
      <w:r>
        <w:t>1. Wykonawca wykona i zamontuje meble według ustaleń Zamawiającego.</w:t>
      </w:r>
    </w:p>
    <w:p xmlns:wp14="http://schemas.microsoft.com/office/word/2010/wordml" w14:paraId="05FFAB6F" wp14:textId="77777777">
      <w:r>
        <w:t>2. Meble wykonane zostaną na wymiar, z materiałów dostarczonych przez Wykonawcę/Zamawiającego.</w:t>
      </w:r>
    </w:p>
    <w:p xmlns:wp14="http://schemas.microsoft.com/office/word/2010/wordml" w14:paraId="4EB14142" wp14:textId="77777777">
      <w:r>
        <w:t>3. Montaż w lokalu Zamawiającego przy ul. …………………………………………</w:t>
      </w:r>
    </w:p>
    <w:p xmlns:wp14="http://schemas.microsoft.com/office/word/2010/wordml" w14:paraId="6A05A809" wp14:textId="77777777"/>
    <w:p xmlns:wp14="http://schemas.microsoft.com/office/word/2010/wordml" w14:paraId="5B178EC9" wp14:textId="77777777">
      <w:r>
        <w:t>§2. TERMIN REALIZACJI:</w:t>
      </w:r>
    </w:p>
    <w:p xmlns:wp14="http://schemas.microsoft.com/office/word/2010/wordml" w14:paraId="749D67E8" wp14:textId="77777777">
      <w:r>
        <w:t>Realizacja do dnia ………………… (lub w okresie od …………… do ……………).</w:t>
      </w:r>
    </w:p>
    <w:p xmlns:wp14="http://schemas.microsoft.com/office/word/2010/wordml" w14:paraId="5A39BBE3" wp14:textId="77777777"/>
    <w:p xmlns:wp14="http://schemas.microsoft.com/office/word/2010/wordml" w14:paraId="30D095CE" wp14:textId="77777777">
      <w:r>
        <w:t>§3. WYNAGRODZENIE:</w:t>
      </w:r>
    </w:p>
    <w:p xmlns:wp14="http://schemas.microsoft.com/office/word/2010/wordml" w14:paraId="11CB2876" wp14:textId="77777777">
      <w:r>
        <w:t>1. Ryczałtowe wynagrodzenie: …………… zł.</w:t>
      </w:r>
    </w:p>
    <w:p xmlns:wp14="http://schemas.microsoft.com/office/word/2010/wordml" w14:paraId="530032BE" wp14:textId="77777777">
      <w:r>
        <w:t>2. Płatność:</w:t>
      </w:r>
    </w:p>
    <w:p xmlns:wp14="http://schemas.microsoft.com/office/word/2010/wordml" w14:paraId="2B7304DD" wp14:textId="77777777">
      <w:r>
        <w:t xml:space="preserve">   a) zaliczka …………… zł przy podpisaniu umowy,</w:t>
      </w:r>
    </w:p>
    <w:p xmlns:wp14="http://schemas.microsoft.com/office/word/2010/wordml" w14:paraId="1EA80972" wp14:textId="77777777">
      <w:r>
        <w:t xml:space="preserve">   b) pozostała kwota …………… zł po odbiorze.</w:t>
      </w:r>
    </w:p>
    <w:p xmlns:wp14="http://schemas.microsoft.com/office/word/2010/wordml" w14:paraId="4B679FB8" wp14:textId="335DEE0E">
      <w:r w:rsidR="2252CA3B">
        <w:rPr/>
        <w:t xml:space="preserve">3. </w:t>
      </w:r>
      <w:r w:rsidR="2252CA3B">
        <w:rPr/>
        <w:t>Rezygnacja</w:t>
      </w:r>
      <w:r w:rsidR="2252CA3B">
        <w:rPr/>
        <w:t xml:space="preserve"> po </w:t>
      </w:r>
      <w:r w:rsidR="2252CA3B">
        <w:rPr/>
        <w:t>rozpoczęciu</w:t>
      </w:r>
      <w:r w:rsidR="2252CA3B">
        <w:rPr/>
        <w:t xml:space="preserve"> </w:t>
      </w:r>
      <w:r w:rsidR="2252CA3B">
        <w:rPr/>
        <w:t xml:space="preserve">prac </w:t>
      </w:r>
      <w:r w:rsidR="2252CA3B">
        <w:rPr/>
        <w:t>– z</w:t>
      </w:r>
      <w:r w:rsidR="2252CA3B">
        <w:rPr/>
        <w:t xml:space="preserve">aliczka </w:t>
      </w:r>
      <w:r w:rsidR="2252CA3B">
        <w:rPr/>
        <w:t>n</w:t>
      </w:r>
      <w:r w:rsidR="2252CA3B">
        <w:rPr/>
        <w:t xml:space="preserve">ie </w:t>
      </w:r>
      <w:r w:rsidR="2252CA3B">
        <w:rPr/>
        <w:t>p</w:t>
      </w:r>
      <w:r w:rsidR="2252CA3B">
        <w:rPr/>
        <w:t xml:space="preserve">odlega </w:t>
      </w:r>
      <w:r w:rsidR="2252CA3B">
        <w:rPr/>
        <w:t>z</w:t>
      </w:r>
      <w:r w:rsidR="2252CA3B">
        <w:rPr/>
        <w:t>wrotowi.</w:t>
      </w:r>
    </w:p>
    <w:p xmlns:wp14="http://schemas.microsoft.com/office/word/2010/wordml" w14:paraId="41C8F396" wp14:textId="77777777"/>
    <w:p xmlns:wp14="http://schemas.microsoft.com/office/word/2010/wordml" w14:paraId="7738BA38" wp14:textId="77777777">
      <w:r>
        <w:t>§4. ODBIÓR:</w:t>
      </w:r>
    </w:p>
    <w:p xmlns:wp14="http://schemas.microsoft.com/office/word/2010/wordml" w14:paraId="6FA94DC1" wp14:textId="77777777">
      <w:r>
        <w:t>1. Odbiór potwierdzony pisemnym protokołem podpisanym przez obie strony.</w:t>
      </w:r>
    </w:p>
    <w:p xmlns:wp14="http://schemas.microsoft.com/office/word/2010/wordml" w14:paraId="72A3D3EC" wp14:textId="77777777"/>
    <w:p w:rsidR="2252CA3B" w:rsidRDefault="2252CA3B" w14:paraId="3517CE04" w14:textId="161EA3E9">
      <w:r w:rsidR="2252CA3B">
        <w:rPr/>
        <w:t xml:space="preserve">§5. POSTANOWIENIA KOŃCOWE:                                      </w:t>
      </w:r>
    </w:p>
    <w:p w:rsidR="2252CA3B" w:rsidRDefault="2252CA3B" w14:paraId="25555C88" w14:textId="6EBE8452">
      <w:r w:rsidR="2252CA3B">
        <w:rPr/>
        <w:t xml:space="preserve">1. </w:t>
      </w:r>
      <w:r w:rsidR="2252CA3B">
        <w:rPr/>
        <w:t>Zmiany</w:t>
      </w:r>
      <w:r w:rsidR="2252CA3B">
        <w:rPr/>
        <w:t xml:space="preserve"> </w:t>
      </w:r>
      <w:r w:rsidR="2252CA3B">
        <w:rPr/>
        <w:t>wymagają</w:t>
      </w:r>
      <w:r w:rsidR="2252CA3B">
        <w:rPr/>
        <w:t xml:space="preserve"> </w:t>
      </w:r>
      <w:r w:rsidR="2252CA3B">
        <w:rPr/>
        <w:t>formy</w:t>
      </w:r>
      <w:r w:rsidR="2252CA3B">
        <w:rPr/>
        <w:t xml:space="preserve"> </w:t>
      </w:r>
      <w:r w:rsidR="2252CA3B">
        <w:rPr/>
        <w:t>pisemnej</w:t>
      </w:r>
      <w:r w:rsidR="2252CA3B">
        <w:rPr/>
        <w:t xml:space="preserve">.       </w:t>
      </w:r>
      <w:r>
        <w:tab/>
      </w:r>
      <w:r w:rsidR="2252CA3B">
        <w:rPr/>
        <w:t xml:space="preserve">                                                                           Podpisy:</w:t>
      </w:r>
    </w:p>
    <w:p w:rsidR="2252CA3B" w:rsidRDefault="2252CA3B" w14:paraId="4F6933B8" w14:textId="75157185">
      <w:r w:rsidR="2252CA3B">
        <w:rPr/>
        <w:t xml:space="preserve">2. </w:t>
      </w:r>
      <w:r w:rsidR="2252CA3B">
        <w:rPr/>
        <w:t>Regulacje</w:t>
      </w:r>
      <w:r w:rsidR="2252CA3B">
        <w:rPr/>
        <w:t xml:space="preserve"> </w:t>
      </w:r>
      <w:r w:rsidR="2252CA3B">
        <w:rPr/>
        <w:t>Kodeksu</w:t>
      </w:r>
      <w:r w:rsidR="2252CA3B">
        <w:rPr/>
        <w:t xml:space="preserve"> </w:t>
      </w:r>
      <w:r w:rsidR="2252CA3B">
        <w:rPr/>
        <w:t>cywilnego</w:t>
      </w:r>
      <w:r w:rsidR="2252CA3B">
        <w:rPr/>
        <w:t xml:space="preserve">.                                                          </w:t>
      </w:r>
      <w:r w:rsidR="2252CA3B">
        <w:rPr/>
        <w:t>Zamawiający</w:t>
      </w:r>
      <w:r w:rsidR="2252CA3B">
        <w:rPr/>
        <w:t>: …………………………………………</w:t>
      </w:r>
    </w:p>
    <w:p xmlns:wp14="http://schemas.microsoft.com/office/word/2010/wordml" w14:paraId="5FFB2433" wp14:textId="33545024">
      <w:r w:rsidR="2252CA3B">
        <w:rPr/>
        <w:t>3. Spory rozstrzygane przez sąd wykonawcy.                                        Wykonawca: …………………………………………</w:t>
      </w:r>
    </w:p>
    <w:p xmlns:wp14="http://schemas.microsoft.com/office/word/2010/wordml" w14:paraId="5D2964B3" wp14:textId="77777777">
      <w:pPr>
        <w:pStyle w:val="Heading2"/>
        <w:jc w:val="center"/>
      </w:pPr>
      <w:r>
        <w:t>PROTOKÓŁ ODBIORU MEBLI</w:t>
      </w:r>
    </w:p>
    <w:p xmlns:wp14="http://schemas.microsoft.com/office/word/2010/wordml" w14:paraId="0E27B00A" wp14:textId="77777777"/>
    <w:p xmlns:wp14="http://schemas.microsoft.com/office/word/2010/wordml" w14:paraId="7C2A02F0" wp14:textId="77777777">
      <w:r>
        <w:t>Data odbioru: …………………   Miejsce: ………………………………………</w:t>
      </w:r>
    </w:p>
    <w:p xmlns:wp14="http://schemas.microsoft.com/office/word/2010/wordml" w14:paraId="61268E8F" wp14:textId="77777777">
      <w:r>
        <w:t>Opis stanu (uwagi): …………………………………………………………………………</w:t>
      </w:r>
    </w:p>
    <w:p xmlns:wp14="http://schemas.microsoft.com/office/word/2010/wordml" w14:paraId="60061E4C" wp14:textId="77777777"/>
    <w:p xmlns:wp14="http://schemas.microsoft.com/office/word/2010/wordml" w14:paraId="5D235CB2" wp14:textId="77777777">
      <w:r>
        <w:t>Podpis zamawiającego: ………………………………</w:t>
      </w:r>
    </w:p>
    <w:p xmlns:wp14="http://schemas.microsoft.com/office/word/2010/wordml" w14:paraId="106E7E85" wp14:textId="77777777">
      <w:r>
        <w:t>Podpis wykonawcy: ………………………………</w:t>
      </w:r>
    </w:p>
    <w:sectPr w:rsidRPr="0006063C" w:rsidR="00FC693F" w:rsidSect="00034616">
      <w:pgSz w:w="11906" w:h="16838" w:orient="portrait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52C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80C9DA65-1F5F-4A9F-9432-8A48900FA0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Szymon Kaczmarek</lastModifiedBy>
  <revision>2</revision>
  <dcterms:created xsi:type="dcterms:W3CDTF">2013-12-23T23:15:00.0000000Z</dcterms:created>
  <dcterms:modified xsi:type="dcterms:W3CDTF">2025-05-11T18:41:11.5091942Z</dcterms:modified>
  <category/>
</coreProperties>
</file>